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8BDF8" w14:textId="77777777" w:rsidR="0064628B" w:rsidRPr="0097297C" w:rsidRDefault="00000000">
      <w:pPr>
        <w:spacing w:after="100"/>
        <w:jc w:val="center"/>
        <w:rPr>
          <w:rFonts w:ascii="맑은 고딕 Semilight" w:eastAsia="맑은 고딕 Semilight" w:hAnsi="맑은 고딕 Semilight" w:cs="맑은 고딕 Semilight"/>
          <w:b/>
          <w:sz w:val="40"/>
          <w:szCs w:val="32"/>
          <w:lang w:eastAsia="ko-KR"/>
        </w:rPr>
      </w:pPr>
      <w:r w:rsidRPr="0097297C">
        <w:rPr>
          <w:rFonts w:ascii="맑은 고딕 Semilight" w:eastAsia="맑은 고딕 Semilight" w:hAnsi="맑은 고딕 Semilight" w:cs="맑은 고딕 Semilight"/>
          <w:b/>
          <w:sz w:val="40"/>
          <w:szCs w:val="32"/>
          <w:lang w:eastAsia="ko-KR"/>
        </w:rPr>
        <w:t>자연과학 분야 외국학술지 원문복사 신청서</w:t>
      </w:r>
    </w:p>
    <w:p w14:paraId="7885CB09" w14:textId="77777777" w:rsidR="0097297C" w:rsidRPr="0097297C" w:rsidRDefault="0097297C">
      <w:pPr>
        <w:spacing w:after="100"/>
        <w:jc w:val="center"/>
        <w:rPr>
          <w:rFonts w:ascii="맑은 고딕 Semilight" w:eastAsia="맑은 고딕 Semilight" w:hAnsi="맑은 고딕 Semilight" w:cs="맑은 고딕 Semilight" w:hint="eastAsia"/>
          <w:sz w:val="8"/>
          <w:szCs w:val="4"/>
          <w:lang w:eastAsia="ko-KR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3519"/>
        <w:gridCol w:w="1701"/>
        <w:gridCol w:w="2525"/>
      </w:tblGrid>
      <w:tr w:rsidR="0064628B" w:rsidRPr="00160582" w14:paraId="6DDD9DDA" w14:textId="77777777" w:rsidTr="00160582">
        <w:trPr>
          <w:trHeight w:val="482"/>
          <w:jc w:val="center"/>
        </w:trPr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7BC9CE6" w14:textId="77777777" w:rsidR="0064628B" w:rsidRPr="00160582" w:rsidRDefault="00000000">
            <w:pPr>
              <w:spacing w:after="0" w:line="240" w:lineRule="auto"/>
              <w:jc w:val="center"/>
              <w:rPr>
                <w:rFonts w:ascii="맑은 고딕 Semilight" w:eastAsia="맑은 고딕 Semilight" w:hAnsi="맑은 고딕 Semilight" w:cs="맑은 고딕 Semilight"/>
                <w:sz w:val="22"/>
              </w:rPr>
            </w:pPr>
            <w:proofErr w:type="spellStart"/>
            <w:proofErr w:type="gramStart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신분</w:t>
            </w:r>
            <w:proofErr w:type="spell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(</w:t>
            </w:r>
            <w:proofErr w:type="gram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Status)</w:t>
            </w:r>
          </w:p>
        </w:tc>
        <w:tc>
          <w:tcPr>
            <w:tcW w:w="3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9DBFA2D" w14:textId="02568668" w:rsidR="0064628B" w:rsidRPr="00160582" w:rsidRDefault="00000000">
            <w:pPr>
              <w:spacing w:after="0" w:line="240" w:lineRule="auto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  <w:proofErr w:type="gramStart"/>
            <w:r w:rsidRPr="00160582"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  <w:t xml:space="preserve">서울대구성원(  </w:t>
            </w:r>
            <w:proofErr w:type="gramEnd"/>
            <w:r w:rsidRPr="00160582"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  <w:t xml:space="preserve">  ), 일반이용자(    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571942EC" w14:textId="77777777" w:rsidR="0064628B" w:rsidRPr="00160582" w:rsidRDefault="00000000">
            <w:pPr>
              <w:spacing w:after="0" w:line="240" w:lineRule="auto"/>
              <w:jc w:val="center"/>
              <w:rPr>
                <w:rFonts w:ascii="맑은 고딕 Semilight" w:eastAsia="맑은 고딕 Semilight" w:hAnsi="맑은 고딕 Semilight" w:cs="맑은 고딕 Semilight"/>
                <w:sz w:val="22"/>
              </w:rPr>
            </w:pPr>
            <w:proofErr w:type="spellStart"/>
            <w:proofErr w:type="gramStart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성명</w:t>
            </w:r>
            <w:proofErr w:type="spell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(</w:t>
            </w:r>
            <w:proofErr w:type="gram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Name)</w:t>
            </w:r>
          </w:p>
        </w:tc>
        <w:tc>
          <w:tcPr>
            <w:tcW w:w="2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F2948DF" w14:textId="77777777" w:rsidR="0064628B" w:rsidRPr="00160582" w:rsidRDefault="0064628B">
            <w:pPr>
              <w:spacing w:after="0" w:line="240" w:lineRule="auto"/>
              <w:rPr>
                <w:rFonts w:ascii="맑은 고딕 Semilight" w:eastAsia="맑은 고딕 Semilight" w:hAnsi="맑은 고딕 Semilight" w:cs="맑은 고딕 Semilight"/>
                <w:sz w:val="22"/>
              </w:rPr>
            </w:pPr>
          </w:p>
        </w:tc>
      </w:tr>
      <w:tr w:rsidR="0064628B" w:rsidRPr="00160582" w14:paraId="04A1E737" w14:textId="77777777" w:rsidTr="00160582">
        <w:trPr>
          <w:trHeight w:val="482"/>
          <w:jc w:val="center"/>
        </w:trPr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9FDA45C" w14:textId="77777777" w:rsidR="0064628B" w:rsidRPr="00160582" w:rsidRDefault="00000000">
            <w:pPr>
              <w:spacing w:after="0" w:line="240" w:lineRule="auto"/>
              <w:jc w:val="center"/>
              <w:rPr>
                <w:rFonts w:ascii="맑은 고딕 Semilight" w:eastAsia="맑은 고딕 Semilight" w:hAnsi="맑은 고딕 Semilight" w:cs="맑은 고딕 Semilight"/>
                <w:sz w:val="22"/>
              </w:rPr>
            </w:pPr>
            <w:proofErr w:type="gramStart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소속기관(</w:t>
            </w:r>
            <w:proofErr w:type="gram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Department)</w:t>
            </w:r>
          </w:p>
        </w:tc>
        <w:tc>
          <w:tcPr>
            <w:tcW w:w="3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2975A7A" w14:textId="77777777" w:rsidR="0064628B" w:rsidRPr="00160582" w:rsidRDefault="0064628B">
            <w:pPr>
              <w:spacing w:after="0" w:line="240" w:lineRule="auto"/>
              <w:rPr>
                <w:rFonts w:ascii="맑은 고딕 Semilight" w:eastAsia="맑은 고딕 Semilight" w:hAnsi="맑은 고딕 Semilight" w:cs="맑은 고딕 Semilight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376DA3B" w14:textId="77777777" w:rsidR="0064628B" w:rsidRPr="00160582" w:rsidRDefault="00000000">
            <w:pPr>
              <w:spacing w:after="0" w:line="240" w:lineRule="auto"/>
              <w:jc w:val="center"/>
              <w:rPr>
                <w:rFonts w:ascii="맑은 고딕 Semilight" w:eastAsia="맑은 고딕 Semilight" w:hAnsi="맑은 고딕 Semilight" w:cs="맑은 고딕 Semilight"/>
                <w:sz w:val="22"/>
              </w:rPr>
            </w:pPr>
            <w:proofErr w:type="gramStart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연락처(</w:t>
            </w:r>
            <w:proofErr w:type="gram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Mobile)</w:t>
            </w:r>
          </w:p>
        </w:tc>
        <w:tc>
          <w:tcPr>
            <w:tcW w:w="2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19ED017" w14:textId="77777777" w:rsidR="0064628B" w:rsidRPr="00160582" w:rsidRDefault="0064628B">
            <w:pPr>
              <w:spacing w:after="0" w:line="240" w:lineRule="auto"/>
              <w:rPr>
                <w:rFonts w:ascii="맑은 고딕 Semilight" w:eastAsia="맑은 고딕 Semilight" w:hAnsi="맑은 고딕 Semilight" w:cs="맑은 고딕 Semilight"/>
                <w:sz w:val="22"/>
              </w:rPr>
            </w:pPr>
          </w:p>
        </w:tc>
      </w:tr>
      <w:tr w:rsidR="0064628B" w:rsidRPr="00160582" w14:paraId="1B65A663" w14:textId="77777777" w:rsidTr="0097297C">
        <w:trPr>
          <w:trHeight w:val="482"/>
          <w:jc w:val="center"/>
        </w:trPr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522FC8D3" w14:textId="77777777" w:rsidR="0064628B" w:rsidRPr="00160582" w:rsidRDefault="00000000">
            <w:pPr>
              <w:spacing w:after="0" w:line="240" w:lineRule="auto"/>
              <w:jc w:val="center"/>
              <w:rPr>
                <w:rFonts w:ascii="맑은 고딕 Semilight" w:eastAsia="맑은 고딕 Semilight" w:hAnsi="맑은 고딕 Semilight" w:cs="맑은 고딕 Semilight"/>
                <w:sz w:val="22"/>
              </w:rPr>
            </w:pPr>
            <w:proofErr w:type="spellStart"/>
            <w:proofErr w:type="gramStart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열람목적</w:t>
            </w:r>
            <w:proofErr w:type="spell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(</w:t>
            </w:r>
            <w:proofErr w:type="gramEnd"/>
            <w:r w:rsidRPr="00160582">
              <w:rPr>
                <w:rFonts w:ascii="맑은 고딕 Semilight" w:eastAsia="맑은 고딕 Semilight" w:hAnsi="맑은 고딕 Semilight" w:cs="맑은 고딕 Semilight"/>
                <w:b/>
                <w:sz w:val="22"/>
              </w:rPr>
              <w:t>Purpose)</w:t>
            </w:r>
          </w:p>
        </w:tc>
        <w:tc>
          <w:tcPr>
            <w:tcW w:w="77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E382810" w14:textId="77777777" w:rsidR="0064628B" w:rsidRPr="00160582" w:rsidRDefault="0064628B">
            <w:pPr>
              <w:spacing w:after="0" w:line="240" w:lineRule="auto"/>
              <w:rPr>
                <w:rFonts w:ascii="맑은 고딕 Semilight" w:eastAsia="맑은 고딕 Semilight" w:hAnsi="맑은 고딕 Semilight" w:cs="맑은 고딕 Semilight"/>
                <w:sz w:val="22"/>
              </w:rPr>
            </w:pPr>
          </w:p>
        </w:tc>
      </w:tr>
    </w:tbl>
    <w:p w14:paraId="025A6428" w14:textId="2808E25F" w:rsidR="0064628B" w:rsidRPr="00160582" w:rsidRDefault="0097297C" w:rsidP="0097297C">
      <w:pPr>
        <w:spacing w:after="20"/>
        <w:rPr>
          <w:rFonts w:ascii="맑은 고딕 Semilight" w:eastAsia="맑은 고딕 Semilight" w:hAnsi="맑은 고딕 Semilight" w:cs="맑은 고딕 Semilight"/>
          <w:sz w:val="20"/>
          <w:szCs w:val="20"/>
          <w:lang w:eastAsia="ko-KR"/>
        </w:rPr>
      </w:pPr>
      <w:r w:rsidRPr="00160582">
        <w:rPr>
          <w:rFonts w:ascii="맑은 고딕 Semilight" w:eastAsia="맑은 고딕 Semilight" w:hAnsi="맑은 고딕 Semilight" w:cs="맑은 고딕 Semilight"/>
          <w:sz w:val="20"/>
          <w:szCs w:val="20"/>
          <w:lang w:eastAsia="ko-KR"/>
        </w:rPr>
        <w:t>※ ‘자연과학분야 신청가능 학술지 목록’ 확인 후 기록바랍니다</w:t>
      </w:r>
    </w:p>
    <w:tbl>
      <w:tblPr>
        <w:tblStyle w:val="af9"/>
        <w:tblW w:w="0" w:type="auto"/>
        <w:tblInd w:w="108" w:type="dxa"/>
        <w:tblLook w:val="04A0" w:firstRow="1" w:lastRow="0" w:firstColumn="1" w:lastColumn="0" w:noHBand="0" w:noVBand="1"/>
      </w:tblPr>
      <w:tblGrid>
        <w:gridCol w:w="993"/>
        <w:gridCol w:w="5386"/>
        <w:gridCol w:w="1134"/>
        <w:gridCol w:w="2693"/>
      </w:tblGrid>
      <w:tr w:rsidR="0097297C" w:rsidRPr="00160582" w14:paraId="6E80F1EC" w14:textId="77777777" w:rsidTr="00160582">
        <w:trPr>
          <w:trHeight w:val="441"/>
        </w:trPr>
        <w:tc>
          <w:tcPr>
            <w:tcW w:w="993" w:type="dxa"/>
            <w:vAlign w:val="center"/>
          </w:tcPr>
          <w:p w14:paraId="26E0C25B" w14:textId="252D3F21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proofErr w:type="spellStart"/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저널명</w:t>
            </w:r>
            <w:proofErr w:type="spellEnd"/>
          </w:p>
        </w:tc>
        <w:tc>
          <w:tcPr>
            <w:tcW w:w="5386" w:type="dxa"/>
            <w:vAlign w:val="center"/>
          </w:tcPr>
          <w:p w14:paraId="178CF268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  <w:tc>
          <w:tcPr>
            <w:tcW w:w="1134" w:type="dxa"/>
            <w:vAlign w:val="center"/>
          </w:tcPr>
          <w:p w14:paraId="153C2EFD" w14:textId="1ABC0572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ISSN</w:t>
            </w:r>
          </w:p>
        </w:tc>
        <w:tc>
          <w:tcPr>
            <w:tcW w:w="2693" w:type="dxa"/>
            <w:vAlign w:val="center"/>
          </w:tcPr>
          <w:p w14:paraId="40E36405" w14:textId="52B021C0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-</w:t>
            </w:r>
          </w:p>
        </w:tc>
      </w:tr>
      <w:tr w:rsidR="0097297C" w:rsidRPr="00160582" w14:paraId="2B864F26" w14:textId="77777777" w:rsidTr="00160582">
        <w:trPr>
          <w:trHeight w:val="441"/>
        </w:trPr>
        <w:tc>
          <w:tcPr>
            <w:tcW w:w="993" w:type="dxa"/>
            <w:vAlign w:val="center"/>
          </w:tcPr>
          <w:p w14:paraId="63CDF054" w14:textId="2B7CE532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권호</w:t>
            </w:r>
          </w:p>
        </w:tc>
        <w:tc>
          <w:tcPr>
            <w:tcW w:w="5386" w:type="dxa"/>
            <w:vAlign w:val="center"/>
          </w:tcPr>
          <w:p w14:paraId="6E89C19F" w14:textId="726D9932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sz w:val="22"/>
                <w:lang w:eastAsia="ko-KR"/>
              </w:rPr>
            </w:pPr>
            <w:r>
              <w:rPr>
                <w:rFonts w:ascii="맑은 고딕 Semilight" w:eastAsia="맑은 고딕 Semilight" w:hAnsi="맑은 고딕 Semilight" w:cs="맑은 고딕 Semilight" w:hint="eastAsia"/>
                <w:sz w:val="22"/>
                <w:lang w:eastAsia="ko-KR"/>
              </w:rPr>
              <w:t xml:space="preserve">Vol. </w:t>
            </w:r>
            <w:r w:rsidR="004820CF">
              <w:rPr>
                <w:rFonts w:ascii="맑은 고딕 Semilight" w:eastAsia="맑은 고딕 Semilight" w:hAnsi="맑은 고딕 Semilight" w:cs="맑은 고딕 Semilight" w:hint="eastAsia"/>
                <w:sz w:val="22"/>
                <w:lang w:eastAsia="ko-KR"/>
              </w:rPr>
              <w:t xml:space="preserve">        No.        Year.</w:t>
            </w:r>
          </w:p>
        </w:tc>
        <w:tc>
          <w:tcPr>
            <w:tcW w:w="1134" w:type="dxa"/>
            <w:vAlign w:val="center"/>
          </w:tcPr>
          <w:p w14:paraId="35D5DB50" w14:textId="1A662F26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페이지</w:t>
            </w:r>
          </w:p>
        </w:tc>
        <w:tc>
          <w:tcPr>
            <w:tcW w:w="2693" w:type="dxa"/>
            <w:vAlign w:val="center"/>
          </w:tcPr>
          <w:p w14:paraId="684B4AED" w14:textId="4A0B9219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-</w:t>
            </w:r>
          </w:p>
        </w:tc>
      </w:tr>
      <w:tr w:rsidR="0097297C" w:rsidRPr="00160582" w14:paraId="0DD35413" w14:textId="77777777" w:rsidTr="004F0439">
        <w:trPr>
          <w:trHeight w:val="441"/>
        </w:trPr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A97319B" w14:textId="5853B589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proofErr w:type="spellStart"/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논문명</w:t>
            </w:r>
            <w:proofErr w:type="spellEnd"/>
          </w:p>
        </w:tc>
        <w:tc>
          <w:tcPr>
            <w:tcW w:w="9213" w:type="dxa"/>
            <w:gridSpan w:val="3"/>
            <w:tcBorders>
              <w:bottom w:val="double" w:sz="4" w:space="0" w:color="auto"/>
            </w:tcBorders>
            <w:vAlign w:val="center"/>
          </w:tcPr>
          <w:p w14:paraId="6432D99D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</w:tr>
      <w:tr w:rsidR="0097297C" w:rsidRPr="00160582" w14:paraId="3CB0A8AD" w14:textId="77777777" w:rsidTr="00160582">
        <w:trPr>
          <w:trHeight w:val="441"/>
        </w:trPr>
        <w:tc>
          <w:tcPr>
            <w:tcW w:w="993" w:type="dxa"/>
            <w:tcBorders>
              <w:top w:val="double" w:sz="4" w:space="0" w:color="auto"/>
            </w:tcBorders>
            <w:vAlign w:val="center"/>
          </w:tcPr>
          <w:p w14:paraId="7F4D0FED" w14:textId="63431798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proofErr w:type="spellStart"/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저널명</w:t>
            </w:r>
            <w:proofErr w:type="spellEnd"/>
          </w:p>
        </w:tc>
        <w:tc>
          <w:tcPr>
            <w:tcW w:w="5386" w:type="dxa"/>
            <w:tcBorders>
              <w:top w:val="double" w:sz="4" w:space="0" w:color="auto"/>
            </w:tcBorders>
            <w:vAlign w:val="center"/>
          </w:tcPr>
          <w:p w14:paraId="4A68EBB0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36268AB1" w14:textId="6C959BAC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ISSN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7FA37446" w14:textId="38F0B0A2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-</w:t>
            </w:r>
          </w:p>
        </w:tc>
      </w:tr>
      <w:tr w:rsidR="0097297C" w:rsidRPr="00160582" w14:paraId="5DDDF8B4" w14:textId="77777777" w:rsidTr="00160582">
        <w:trPr>
          <w:trHeight w:val="441"/>
        </w:trPr>
        <w:tc>
          <w:tcPr>
            <w:tcW w:w="993" w:type="dxa"/>
            <w:vAlign w:val="center"/>
          </w:tcPr>
          <w:p w14:paraId="6043C971" w14:textId="49C9DF64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권호</w:t>
            </w:r>
          </w:p>
        </w:tc>
        <w:tc>
          <w:tcPr>
            <w:tcW w:w="5386" w:type="dxa"/>
            <w:vAlign w:val="center"/>
          </w:tcPr>
          <w:p w14:paraId="2393D0AA" w14:textId="62CD4B24" w:rsidR="0097297C" w:rsidRPr="00160582" w:rsidRDefault="004820CF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  <w:r>
              <w:rPr>
                <w:rFonts w:ascii="맑은 고딕 Semilight" w:eastAsia="맑은 고딕 Semilight" w:hAnsi="맑은 고딕 Semilight" w:cs="맑은 고딕 Semilight" w:hint="eastAsia"/>
                <w:sz w:val="22"/>
                <w:lang w:eastAsia="ko-KR"/>
              </w:rPr>
              <w:t>Vol.         No.        Year.</w:t>
            </w:r>
          </w:p>
        </w:tc>
        <w:tc>
          <w:tcPr>
            <w:tcW w:w="1134" w:type="dxa"/>
            <w:vAlign w:val="center"/>
          </w:tcPr>
          <w:p w14:paraId="78B8D0B6" w14:textId="40791CA4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페이지</w:t>
            </w:r>
          </w:p>
        </w:tc>
        <w:tc>
          <w:tcPr>
            <w:tcW w:w="2693" w:type="dxa"/>
            <w:vAlign w:val="center"/>
          </w:tcPr>
          <w:p w14:paraId="652BD6D8" w14:textId="04B511BE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-</w:t>
            </w:r>
          </w:p>
        </w:tc>
      </w:tr>
      <w:tr w:rsidR="0097297C" w:rsidRPr="00160582" w14:paraId="4A3568A6" w14:textId="77777777" w:rsidTr="00160582">
        <w:trPr>
          <w:trHeight w:val="441"/>
        </w:trPr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79B023C" w14:textId="2A1C9519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proofErr w:type="spellStart"/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논문명</w:t>
            </w:r>
            <w:proofErr w:type="spellEnd"/>
          </w:p>
        </w:tc>
        <w:tc>
          <w:tcPr>
            <w:tcW w:w="6520" w:type="dxa"/>
            <w:gridSpan w:val="2"/>
            <w:tcBorders>
              <w:bottom w:val="double" w:sz="4" w:space="0" w:color="auto"/>
              <w:right w:val="nil"/>
            </w:tcBorders>
            <w:vAlign w:val="center"/>
          </w:tcPr>
          <w:p w14:paraId="3497C9A2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  <w:tc>
          <w:tcPr>
            <w:tcW w:w="2693" w:type="dxa"/>
            <w:tcBorders>
              <w:left w:val="nil"/>
              <w:bottom w:val="double" w:sz="4" w:space="0" w:color="auto"/>
            </w:tcBorders>
            <w:vAlign w:val="center"/>
          </w:tcPr>
          <w:p w14:paraId="3E1F1A01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</w:tr>
      <w:tr w:rsidR="0097297C" w:rsidRPr="00160582" w14:paraId="00148AEF" w14:textId="77777777" w:rsidTr="00160582">
        <w:trPr>
          <w:trHeight w:val="441"/>
        </w:trPr>
        <w:tc>
          <w:tcPr>
            <w:tcW w:w="993" w:type="dxa"/>
            <w:tcBorders>
              <w:top w:val="double" w:sz="4" w:space="0" w:color="auto"/>
            </w:tcBorders>
            <w:vAlign w:val="center"/>
          </w:tcPr>
          <w:p w14:paraId="7DFC8703" w14:textId="61CD397A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proofErr w:type="spellStart"/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저널명</w:t>
            </w:r>
            <w:proofErr w:type="spellEnd"/>
          </w:p>
        </w:tc>
        <w:tc>
          <w:tcPr>
            <w:tcW w:w="5386" w:type="dxa"/>
            <w:tcBorders>
              <w:top w:val="double" w:sz="4" w:space="0" w:color="auto"/>
            </w:tcBorders>
            <w:vAlign w:val="center"/>
          </w:tcPr>
          <w:p w14:paraId="5BD46EB5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7FA7EFE4" w14:textId="53E53551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ISSN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68AAEB5F" w14:textId="3176662A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-</w:t>
            </w:r>
          </w:p>
        </w:tc>
      </w:tr>
      <w:tr w:rsidR="0097297C" w:rsidRPr="00160582" w14:paraId="6CC13E8E" w14:textId="77777777" w:rsidTr="00160582">
        <w:trPr>
          <w:trHeight w:val="441"/>
        </w:trPr>
        <w:tc>
          <w:tcPr>
            <w:tcW w:w="993" w:type="dxa"/>
            <w:vAlign w:val="center"/>
          </w:tcPr>
          <w:p w14:paraId="2F22AA1F" w14:textId="7AEF5D39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권호</w:t>
            </w:r>
          </w:p>
        </w:tc>
        <w:tc>
          <w:tcPr>
            <w:tcW w:w="5386" w:type="dxa"/>
            <w:vAlign w:val="center"/>
          </w:tcPr>
          <w:p w14:paraId="5FE5430C" w14:textId="78C891B2" w:rsidR="0097297C" w:rsidRPr="00160582" w:rsidRDefault="004820CF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  <w:r>
              <w:rPr>
                <w:rFonts w:ascii="맑은 고딕 Semilight" w:eastAsia="맑은 고딕 Semilight" w:hAnsi="맑은 고딕 Semilight" w:cs="맑은 고딕 Semilight" w:hint="eastAsia"/>
                <w:sz w:val="22"/>
                <w:lang w:eastAsia="ko-KR"/>
              </w:rPr>
              <w:t>Vol.         No.        Year.</w:t>
            </w:r>
          </w:p>
        </w:tc>
        <w:tc>
          <w:tcPr>
            <w:tcW w:w="1134" w:type="dxa"/>
            <w:vAlign w:val="center"/>
          </w:tcPr>
          <w:p w14:paraId="794A1E63" w14:textId="52AD1F15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페이지</w:t>
            </w:r>
          </w:p>
        </w:tc>
        <w:tc>
          <w:tcPr>
            <w:tcW w:w="2693" w:type="dxa"/>
            <w:vAlign w:val="center"/>
          </w:tcPr>
          <w:p w14:paraId="2B7CC5E9" w14:textId="263A1F51" w:rsidR="0097297C" w:rsidRPr="00160582" w:rsidRDefault="00160582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-</w:t>
            </w:r>
          </w:p>
        </w:tc>
      </w:tr>
      <w:tr w:rsidR="0097297C" w:rsidRPr="00160582" w14:paraId="132B2F6F" w14:textId="77777777" w:rsidTr="004F0439">
        <w:trPr>
          <w:trHeight w:val="441"/>
        </w:trPr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C89AF4B" w14:textId="14A9F25D" w:rsidR="0097297C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proofErr w:type="spellStart"/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논문명</w:t>
            </w:r>
            <w:proofErr w:type="spellEnd"/>
          </w:p>
        </w:tc>
        <w:tc>
          <w:tcPr>
            <w:tcW w:w="9213" w:type="dxa"/>
            <w:gridSpan w:val="3"/>
            <w:tcBorders>
              <w:bottom w:val="double" w:sz="4" w:space="0" w:color="auto"/>
            </w:tcBorders>
            <w:vAlign w:val="center"/>
          </w:tcPr>
          <w:p w14:paraId="54CE8E05" w14:textId="77777777" w:rsidR="0097297C" w:rsidRPr="00160582" w:rsidRDefault="0097297C" w:rsidP="00160582">
            <w:pPr>
              <w:jc w:val="center"/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</w:tr>
      <w:tr w:rsidR="001809C3" w:rsidRPr="00160582" w14:paraId="62E07E99" w14:textId="77777777" w:rsidTr="004F0439">
        <w:trPr>
          <w:trHeight w:val="441"/>
        </w:trPr>
        <w:tc>
          <w:tcPr>
            <w:tcW w:w="993" w:type="dxa"/>
            <w:vMerge w:val="restart"/>
            <w:tcBorders>
              <w:top w:val="double" w:sz="4" w:space="0" w:color="auto"/>
            </w:tcBorders>
            <w:vAlign w:val="center"/>
          </w:tcPr>
          <w:p w14:paraId="182FBCED" w14:textId="77777777" w:rsidR="001809C3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발송</w:t>
            </w:r>
          </w:p>
          <w:p w14:paraId="7AC77216" w14:textId="7920965A" w:rsidR="001809C3" w:rsidRPr="00160582" w:rsidRDefault="001809C3" w:rsidP="001809C3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 w:hint="eastAsia"/>
                <w:b/>
                <w:bCs/>
                <w:sz w:val="22"/>
                <w:lang w:eastAsia="ko-KR"/>
              </w:rPr>
              <w:t>방법</w:t>
            </w:r>
          </w:p>
        </w:tc>
        <w:tc>
          <w:tcPr>
            <w:tcW w:w="9213" w:type="dxa"/>
            <w:gridSpan w:val="3"/>
            <w:tcBorders>
              <w:top w:val="double" w:sz="4" w:space="0" w:color="auto"/>
            </w:tcBorders>
            <w:vAlign w:val="center"/>
          </w:tcPr>
          <w:p w14:paraId="1BE6087E" w14:textId="6B884501" w:rsidR="001809C3" w:rsidRPr="00160582" w:rsidRDefault="001809C3">
            <w:pPr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  <w:t xml:space="preserve">□ 직접 수령 </w:t>
            </w:r>
            <w:r w:rsidRPr="004820CF">
              <w:rPr>
                <w:rFonts w:ascii="맑은 고딕 Semilight" w:eastAsia="맑은 고딕 Semilight" w:hAnsi="맑은 고딕 Semilight" w:cs="맑은 고딕 Semilight"/>
                <w:i/>
                <w:iCs/>
                <w:sz w:val="16"/>
                <w:szCs w:val="16"/>
                <w:lang w:eastAsia="ko-KR"/>
              </w:rPr>
              <w:t>(본인이 서울대학교 중앙도서관 정보서비스센터에 방문하여 수령)</w:t>
            </w:r>
          </w:p>
        </w:tc>
      </w:tr>
      <w:tr w:rsidR="001809C3" w:rsidRPr="00160582" w14:paraId="3BDB9D92" w14:textId="77777777" w:rsidTr="004F0439">
        <w:trPr>
          <w:trHeight w:val="441"/>
        </w:trPr>
        <w:tc>
          <w:tcPr>
            <w:tcW w:w="993" w:type="dxa"/>
            <w:vMerge/>
            <w:vAlign w:val="center"/>
          </w:tcPr>
          <w:p w14:paraId="59658F98" w14:textId="77777777" w:rsidR="001809C3" w:rsidRPr="00160582" w:rsidRDefault="001809C3">
            <w:pPr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</w:p>
        </w:tc>
        <w:tc>
          <w:tcPr>
            <w:tcW w:w="9213" w:type="dxa"/>
            <w:gridSpan w:val="3"/>
            <w:vAlign w:val="center"/>
          </w:tcPr>
          <w:p w14:paraId="6B4E7496" w14:textId="531EC93C" w:rsidR="001809C3" w:rsidRPr="00160582" w:rsidRDefault="001809C3">
            <w:pPr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</w:pPr>
            <w:r w:rsidRPr="00160582">
              <w:rPr>
                <w:rFonts w:ascii="맑은 고딕 Semilight" w:eastAsia="맑은 고딕 Semilight" w:hAnsi="맑은 고딕 Semilight" w:cs="맑은 고딕 Semilight"/>
                <w:sz w:val="22"/>
                <w:lang w:eastAsia="ko-KR"/>
              </w:rPr>
              <w:t xml:space="preserve">□ 우편 </w:t>
            </w:r>
            <w:r w:rsidRPr="004820CF">
              <w:rPr>
                <w:rFonts w:ascii="맑은 고딕 Semilight" w:eastAsia="맑은 고딕 Semilight" w:hAnsi="맑은 고딕 Semilight" w:cs="맑은 고딕 Semilight"/>
                <w:i/>
                <w:iCs/>
                <w:sz w:val="16"/>
                <w:szCs w:val="16"/>
                <w:lang w:eastAsia="ko-KR"/>
              </w:rPr>
              <w:t>(주소를 기입하여 주세요)</w:t>
            </w:r>
          </w:p>
        </w:tc>
      </w:tr>
    </w:tbl>
    <w:p w14:paraId="3E18DDF4" w14:textId="77777777" w:rsidR="0064628B" w:rsidRPr="0097297C" w:rsidRDefault="0064628B">
      <w:pPr>
        <w:spacing w:after="0"/>
        <w:rPr>
          <w:rFonts w:ascii="맑은 고딕 Semilight" w:eastAsia="맑은 고딕 Semilight" w:hAnsi="맑은 고딕 Semilight" w:cs="맑은 고딕 Semilight"/>
          <w:lang w:eastAsia="ko-KR"/>
        </w:rPr>
      </w:pPr>
    </w:p>
    <w:tbl>
      <w:tblPr>
        <w:tblStyle w:val="af9"/>
        <w:tblW w:w="0" w:type="auto"/>
        <w:tblInd w:w="108" w:type="dxa"/>
        <w:tblLook w:val="04A0" w:firstRow="1" w:lastRow="0" w:firstColumn="1" w:lastColumn="0" w:noHBand="0" w:noVBand="1"/>
      </w:tblPr>
      <w:tblGrid>
        <w:gridCol w:w="10206"/>
      </w:tblGrid>
      <w:tr w:rsidR="001809C3" w14:paraId="37AB1ACF" w14:textId="77777777" w:rsidTr="00381229">
        <w:tc>
          <w:tcPr>
            <w:tcW w:w="10206" w:type="dxa"/>
            <w:shd w:val="clear" w:color="auto" w:fill="F2F2F2" w:themeFill="background1" w:themeFillShade="F2"/>
          </w:tcPr>
          <w:p w14:paraId="5D8AFA24" w14:textId="7DC32369" w:rsidR="001809C3" w:rsidRPr="001809C3" w:rsidRDefault="001809C3" w:rsidP="001809C3">
            <w:pPr>
              <w:spacing w:before="20" w:after="60"/>
              <w:jc w:val="center"/>
              <w:rPr>
                <w:rFonts w:ascii="맑은 고딕 Semilight" w:eastAsia="맑은 고딕 Semilight" w:hAnsi="맑은 고딕 Semilight" w:cs="맑은 고딕 Semilight" w:hint="eastAsia"/>
                <w:lang w:eastAsia="ko-KR"/>
              </w:rPr>
            </w:pPr>
            <w:r w:rsidRPr="0097297C">
              <w:rPr>
                <w:rFonts w:ascii="맑은 고딕 Semilight" w:eastAsia="맑은 고딕 Semilight" w:hAnsi="맑은 고딕 Semilight" w:cs="맑은 고딕 Semilight"/>
                <w:b/>
                <w:sz w:val="22"/>
                <w:lang w:eastAsia="ko-KR"/>
              </w:rPr>
              <w:t>개인정보 수집활용 동의서</w:t>
            </w:r>
          </w:p>
        </w:tc>
      </w:tr>
      <w:tr w:rsidR="001809C3" w14:paraId="6945EDF3" w14:textId="77777777" w:rsidTr="001809C3">
        <w:tc>
          <w:tcPr>
            <w:tcW w:w="10206" w:type="dxa"/>
          </w:tcPr>
          <w:p w14:paraId="653029A1" w14:textId="77777777" w:rsidR="001809C3" w:rsidRPr="00BC5654" w:rsidRDefault="001809C3" w:rsidP="001809C3">
            <w:pPr>
              <w:spacing w:after="20"/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</w:pPr>
            <w:r w:rsidRPr="00BC5654"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  <w:t>제1조 (개인정보의 수집·이용 목적)</w:t>
            </w:r>
          </w:p>
          <w:p w14:paraId="21A58C90" w14:textId="77777777" w:rsidR="00BC5654" w:rsidRDefault="001809C3" w:rsidP="00BC5654">
            <w:pPr>
              <w:ind w:leftChars="100" w:left="179"/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</w:pPr>
            <w:r w:rsidRPr="00BC5654"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  <w:t>서울대학교 외국학술지지원센터는 개인정보를 원문복사 서비스 제공 및 서비스 이용에 대한 통계분석을 위한 목적으로 처리합니다.</w:t>
            </w:r>
          </w:p>
          <w:p w14:paraId="0CBC4B10" w14:textId="3EC4DED6" w:rsidR="001809C3" w:rsidRDefault="001809C3" w:rsidP="00BC5654">
            <w:pPr>
              <w:ind w:leftChars="100" w:left="179"/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</w:pPr>
            <w:r w:rsidRPr="00BC5654"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  <w:t>처리한 개인정보는 목적 이외의 용도로는 사용되지 않으며 이용 목적이 변경될 시에는 사전 동의를 구할 예정입니다.</w:t>
            </w:r>
          </w:p>
          <w:p w14:paraId="3246DF9E" w14:textId="77777777" w:rsidR="00381229" w:rsidRPr="00BC5654" w:rsidRDefault="00381229" w:rsidP="00BC5654">
            <w:pPr>
              <w:ind w:leftChars="100" w:left="179"/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</w:pPr>
          </w:p>
          <w:p w14:paraId="2E9853B8" w14:textId="77777777" w:rsidR="001809C3" w:rsidRPr="00BC5654" w:rsidRDefault="001809C3" w:rsidP="001809C3">
            <w:pPr>
              <w:spacing w:after="20"/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</w:pPr>
            <w:r w:rsidRPr="00BC5654"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  <w:t>제2조 (개인정보 수집항목, 수집방법, 보유근거, 보유기간)</w:t>
            </w:r>
          </w:p>
          <w:p w14:paraId="24D08872" w14:textId="77777777" w:rsidR="001809C3" w:rsidRPr="00381229" w:rsidRDefault="001809C3" w:rsidP="00BC5654">
            <w:pPr>
              <w:spacing w:after="60"/>
              <w:ind w:leftChars="100" w:left="179"/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</w:pPr>
            <w:r w:rsidRPr="00BC5654">
              <w:rPr>
                <w:rFonts w:ascii="맑은 고딕 Semilight" w:eastAsia="맑은 고딕 Semilight" w:hAnsi="맑은 고딕 Semilight" w:cs="맑은 고딕 Semilight"/>
                <w:bCs/>
                <w:sz w:val="16"/>
                <w:szCs w:val="16"/>
                <w:lang w:eastAsia="ko-KR"/>
              </w:rPr>
              <w:t>이용자의 개인정보는 원칙적으로 개인정보의 처리 목적이 달성되면 즉시 파기합니다. 다만, 학칙이나 기타 법률에 의해 개인정보를 보존해야 할 필요가 있는 경우에는 해당 법률의 규정을 따릅니다.</w:t>
            </w:r>
          </w:p>
          <w:tbl>
            <w:tblPr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297"/>
              <w:gridCol w:w="1418"/>
              <w:gridCol w:w="1984"/>
              <w:gridCol w:w="4275"/>
            </w:tblGrid>
            <w:tr w:rsidR="00381229" w:rsidRPr="00381229" w14:paraId="713667F1" w14:textId="77777777" w:rsidTr="00381229">
              <w:trPr>
                <w:trHeight w:val="326"/>
                <w:jc w:val="center"/>
              </w:trPr>
              <w:tc>
                <w:tcPr>
                  <w:tcW w:w="2297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vAlign w:val="center"/>
                </w:tcPr>
                <w:p w14:paraId="6F0F45A4" w14:textId="77777777" w:rsidR="001809C3" w:rsidRPr="00381229" w:rsidRDefault="001809C3" w:rsidP="001809C3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  <w:bCs/>
                      <w:lang w:eastAsia="ko-KR"/>
                    </w:rPr>
                  </w:pPr>
                  <w:r w:rsidRPr="00381229">
                    <w:rPr>
                      <w:rFonts w:ascii="맑은 고딕 Semilight" w:eastAsia="맑은 고딕 Semilight" w:hAnsi="맑은 고딕 Semilight" w:cs="맑은 고딕 Semilight"/>
                      <w:bCs/>
                      <w:sz w:val="16"/>
                      <w:lang w:eastAsia="ko-KR"/>
                    </w:rPr>
                    <w:t>수집하는 개인정보 항목</w:t>
                  </w:r>
                </w:p>
              </w:tc>
              <w:tc>
                <w:tcPr>
                  <w:tcW w:w="141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vAlign w:val="center"/>
                </w:tcPr>
                <w:p w14:paraId="37EFA8AD" w14:textId="77777777" w:rsidR="001809C3" w:rsidRPr="00381229" w:rsidRDefault="001809C3" w:rsidP="001809C3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  <w:bCs/>
                    </w:rPr>
                  </w:pPr>
                  <w:proofErr w:type="spellStart"/>
                  <w:r w:rsidRPr="00381229">
                    <w:rPr>
                      <w:rFonts w:ascii="맑은 고딕 Semilight" w:eastAsia="맑은 고딕 Semilight" w:hAnsi="맑은 고딕 Semilight" w:cs="맑은 고딕 Semilight"/>
                      <w:bCs/>
                      <w:sz w:val="16"/>
                    </w:rPr>
                    <w:t>수집방법</w:t>
                  </w:r>
                  <w:proofErr w:type="spellEnd"/>
                </w:p>
              </w:tc>
              <w:tc>
                <w:tcPr>
                  <w:tcW w:w="198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vAlign w:val="center"/>
                </w:tcPr>
                <w:p w14:paraId="0026D7AF" w14:textId="77777777" w:rsidR="001809C3" w:rsidRPr="00381229" w:rsidRDefault="001809C3" w:rsidP="001809C3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  <w:bCs/>
                    </w:rPr>
                  </w:pPr>
                  <w:proofErr w:type="spellStart"/>
                  <w:r w:rsidRPr="00381229">
                    <w:rPr>
                      <w:rFonts w:ascii="맑은 고딕 Semilight" w:eastAsia="맑은 고딕 Semilight" w:hAnsi="맑은 고딕 Semilight" w:cs="맑은 고딕 Semilight"/>
                      <w:bCs/>
                      <w:sz w:val="16"/>
                    </w:rPr>
                    <w:t>보유근거</w:t>
                  </w:r>
                  <w:proofErr w:type="spellEnd"/>
                </w:p>
              </w:tc>
              <w:tc>
                <w:tcPr>
                  <w:tcW w:w="4275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vAlign w:val="center"/>
                </w:tcPr>
                <w:p w14:paraId="6D2CF816" w14:textId="77777777" w:rsidR="001809C3" w:rsidRPr="00381229" w:rsidRDefault="001809C3" w:rsidP="001809C3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  <w:bCs/>
                    </w:rPr>
                  </w:pPr>
                  <w:proofErr w:type="spellStart"/>
                  <w:r w:rsidRPr="00381229">
                    <w:rPr>
                      <w:rFonts w:ascii="맑은 고딕 Semilight" w:eastAsia="맑은 고딕 Semilight" w:hAnsi="맑은 고딕 Semilight" w:cs="맑은 고딕 Semilight"/>
                      <w:bCs/>
                      <w:sz w:val="16"/>
                    </w:rPr>
                    <w:t>보유기간</w:t>
                  </w:r>
                  <w:proofErr w:type="spellEnd"/>
                </w:p>
              </w:tc>
            </w:tr>
            <w:tr w:rsidR="001809C3" w:rsidRPr="0097297C" w14:paraId="10CF2F0A" w14:textId="77777777" w:rsidTr="00381229">
              <w:trPr>
                <w:trHeight w:val="885"/>
                <w:jc w:val="center"/>
              </w:trPr>
              <w:tc>
                <w:tcPr>
                  <w:tcW w:w="2297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14:paraId="4F3E6BD5" w14:textId="77777777" w:rsidR="001809C3" w:rsidRPr="0097297C" w:rsidRDefault="001809C3" w:rsidP="00381229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  <w:lang w:eastAsia="ko-KR"/>
                    </w:rPr>
                  </w:pPr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  <w:lang w:eastAsia="ko-KR"/>
                    </w:rPr>
                    <w:t>성명, 소속기관, 연락처, 신분, 열람목적, 자료복사 신청내역</w:t>
                  </w:r>
                </w:p>
              </w:tc>
              <w:tc>
                <w:tcPr>
                  <w:tcW w:w="141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14:paraId="28BB97C8" w14:textId="77777777" w:rsidR="001809C3" w:rsidRPr="0097297C" w:rsidRDefault="001809C3" w:rsidP="001809C3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</w:rPr>
                  </w:pPr>
                  <w:proofErr w:type="spellStart"/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</w:rPr>
                    <w:t>서면</w:t>
                  </w:r>
                  <w:proofErr w:type="spellEnd"/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</w:rPr>
                    <w:t xml:space="preserve"> </w:t>
                  </w:r>
                  <w:proofErr w:type="spellStart"/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</w:rPr>
                    <w:t>양식</w:t>
                  </w:r>
                  <w:proofErr w:type="spellEnd"/>
                </w:p>
              </w:tc>
              <w:tc>
                <w:tcPr>
                  <w:tcW w:w="198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14:paraId="3FBA9F7C" w14:textId="77777777" w:rsidR="001809C3" w:rsidRPr="0097297C" w:rsidRDefault="001809C3" w:rsidP="001809C3">
                  <w:pPr>
                    <w:spacing w:after="0" w:line="240" w:lineRule="auto"/>
                    <w:jc w:val="center"/>
                    <w:rPr>
                      <w:rFonts w:ascii="맑은 고딕 Semilight" w:eastAsia="맑은 고딕 Semilight" w:hAnsi="맑은 고딕 Semilight" w:cs="맑은 고딕 Semilight"/>
                      <w:lang w:eastAsia="ko-KR"/>
                    </w:rPr>
                  </w:pPr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  <w:lang w:eastAsia="ko-KR"/>
                    </w:rPr>
                    <w:t>대학도서관진흥법 제 7조</w:t>
                  </w:r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  <w:lang w:eastAsia="ko-KR"/>
                    </w:rPr>
                    <w:br/>
                    <w:t>(대학도서관의 업무 등)</w:t>
                  </w:r>
                </w:p>
              </w:tc>
              <w:tc>
                <w:tcPr>
                  <w:tcW w:w="4275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vAlign w:val="center"/>
                </w:tcPr>
                <w:p w14:paraId="75852AFD" w14:textId="77777777" w:rsidR="001809C3" w:rsidRPr="0097297C" w:rsidRDefault="001809C3" w:rsidP="001809C3">
                  <w:pPr>
                    <w:spacing w:after="0" w:line="240" w:lineRule="auto"/>
                    <w:rPr>
                      <w:rFonts w:ascii="맑은 고딕 Semilight" w:eastAsia="맑은 고딕 Semilight" w:hAnsi="맑은 고딕 Semilight" w:cs="맑은 고딕 Semilight"/>
                      <w:lang w:eastAsia="ko-KR"/>
                    </w:rPr>
                  </w:pPr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  <w:lang w:eastAsia="ko-KR"/>
                    </w:rPr>
                    <w:t>수집 및 이용 목적이 달성된 후에는 해당 정보를 즉시 파기.</w:t>
                  </w:r>
                  <w:r w:rsidRPr="0097297C">
                    <w:rPr>
                      <w:rFonts w:ascii="맑은 고딕 Semilight" w:eastAsia="맑은 고딕 Semilight" w:hAnsi="맑은 고딕 Semilight" w:cs="맑은 고딕 Semilight"/>
                      <w:sz w:val="15"/>
                      <w:lang w:eastAsia="ko-KR"/>
                    </w:rPr>
                    <w:br/>
                    <w:t>학칙이나 기타 법률에 의해 이용자의 개인정보를 보존해야 할 필요가 있는 경우에는 해당 법률의 규정에 따름.</w:t>
                  </w:r>
                </w:p>
              </w:tc>
            </w:tr>
          </w:tbl>
          <w:p w14:paraId="14912514" w14:textId="77777777" w:rsidR="00381229" w:rsidRDefault="00381229" w:rsidP="00381229">
            <w:pPr>
              <w:spacing w:after="100"/>
              <w:jc w:val="center"/>
              <w:rPr>
                <w:rFonts w:ascii="맑은 고딕 Semilight" w:eastAsia="맑은 고딕 Semilight" w:hAnsi="맑은 고딕 Semilight" w:cs="맑은 고딕 Semilight"/>
                <w:lang w:eastAsia="ko-KR"/>
              </w:rPr>
            </w:pPr>
          </w:p>
          <w:p w14:paraId="774C414F" w14:textId="0460E72C" w:rsidR="001809C3" w:rsidRPr="0097297C" w:rsidRDefault="001809C3" w:rsidP="00381229">
            <w:pPr>
              <w:spacing w:after="100"/>
              <w:jc w:val="center"/>
              <w:rPr>
                <w:rFonts w:ascii="맑은 고딕 Semilight" w:eastAsia="맑은 고딕 Semilight" w:hAnsi="맑은 고딕 Semilight" w:cs="맑은 고딕 Semilight"/>
                <w:lang w:eastAsia="ko-KR"/>
              </w:rPr>
            </w:pPr>
            <w:r w:rsidRPr="0097297C">
              <w:rPr>
                <w:rFonts w:ascii="맑은 고딕 Semilight" w:eastAsia="맑은 고딕 Semilight" w:hAnsi="맑은 고딕 Semilight" w:cs="맑은 고딕 Semilight"/>
                <w:lang w:eastAsia="ko-KR"/>
              </w:rPr>
              <w:t>개인정보 수집 및 이용에 동의합니다. □</w:t>
            </w:r>
          </w:p>
          <w:p w14:paraId="3A3047F9" w14:textId="77777777" w:rsidR="001809C3" w:rsidRDefault="001809C3">
            <w:pPr>
              <w:spacing w:after="40"/>
              <w:rPr>
                <w:rFonts w:ascii="맑은 고딕 Semilight" w:eastAsia="맑은 고딕 Semilight" w:hAnsi="맑은 고딕 Semilight" w:cs="맑은 고딕 Semilight" w:hint="eastAsia"/>
                <w:lang w:eastAsia="ko-KR"/>
              </w:rPr>
            </w:pPr>
          </w:p>
        </w:tc>
      </w:tr>
      <w:tr w:rsidR="001809C3" w:rsidRPr="00BC5654" w14:paraId="6C9AB842" w14:textId="77777777" w:rsidTr="001809C3">
        <w:tc>
          <w:tcPr>
            <w:tcW w:w="10206" w:type="dxa"/>
          </w:tcPr>
          <w:p w14:paraId="3AC682F5" w14:textId="2E4C4C4D" w:rsidR="001809C3" w:rsidRPr="00BC5654" w:rsidRDefault="001809C3" w:rsidP="001809C3">
            <w:pPr>
              <w:spacing w:after="120"/>
              <w:jc w:val="center"/>
              <w:rPr>
                <w:rFonts w:ascii="맑은 고딕 Semilight" w:eastAsia="맑은 고딕 Semilight" w:hAnsi="맑은 고딕 Semilight" w:cs="맑은 고딕 Semilight" w:hint="eastAsia"/>
                <w:sz w:val="22"/>
                <w:szCs w:val="24"/>
                <w:lang w:eastAsia="ko-KR"/>
              </w:rPr>
            </w:pPr>
            <w:r w:rsidRPr="00BC5654">
              <w:rPr>
                <w:rFonts w:ascii="맑은 고딕 Semilight" w:eastAsia="맑은 고딕 Semilight" w:hAnsi="맑은 고딕 Semilight" w:cs="맑은 고딕 Semilight"/>
                <w:sz w:val="22"/>
                <w:szCs w:val="24"/>
                <w:lang w:eastAsia="ko-KR"/>
              </w:rPr>
              <w:t>202   년      월      일     신청인                         (서명)</w:t>
            </w:r>
          </w:p>
        </w:tc>
      </w:tr>
    </w:tbl>
    <w:p w14:paraId="4E94E14B" w14:textId="77777777" w:rsidR="0064628B" w:rsidRDefault="0064628B">
      <w:pPr>
        <w:spacing w:after="40"/>
        <w:rPr>
          <w:rFonts w:ascii="맑은 고딕 Semilight" w:eastAsia="맑은 고딕 Semilight" w:hAnsi="맑은 고딕 Semilight" w:cs="맑은 고딕 Semilight"/>
          <w:lang w:eastAsia="ko-KR"/>
        </w:rPr>
      </w:pPr>
    </w:p>
    <w:tbl>
      <w:tblPr>
        <w:tblStyle w:val="af9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13"/>
        <w:gridCol w:w="2393"/>
      </w:tblGrid>
      <w:tr w:rsidR="00D702E4" w14:paraId="542D0773" w14:textId="77777777" w:rsidTr="00D702E4">
        <w:trPr>
          <w:jc w:val="center"/>
        </w:trPr>
        <w:tc>
          <w:tcPr>
            <w:tcW w:w="7213" w:type="dxa"/>
          </w:tcPr>
          <w:p w14:paraId="12BB9A43" w14:textId="77777777" w:rsidR="00D702E4" w:rsidRPr="00D702E4" w:rsidRDefault="00D702E4" w:rsidP="00D702E4">
            <w:pPr>
              <w:jc w:val="center"/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20"/>
                <w:szCs w:val="24"/>
                <w:lang w:eastAsia="ko-KR"/>
              </w:rPr>
            </w:pPr>
            <w:r w:rsidRPr="00D702E4"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18"/>
                <w:szCs w:val="24"/>
                <w:lang w:eastAsia="ko-KR"/>
              </w:rPr>
              <w:t xml:space="preserve">(08826) 서울시 관악구 </w:t>
            </w:r>
            <w:proofErr w:type="spellStart"/>
            <w:r w:rsidRPr="00D702E4"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18"/>
                <w:szCs w:val="24"/>
                <w:lang w:eastAsia="ko-KR"/>
              </w:rPr>
              <w:t>관악로</w:t>
            </w:r>
            <w:proofErr w:type="spellEnd"/>
            <w:r w:rsidRPr="00D702E4"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18"/>
                <w:szCs w:val="24"/>
                <w:lang w:eastAsia="ko-KR"/>
              </w:rPr>
              <w:t xml:space="preserve"> 1 서울대학교 중앙도서관 외국학술지지원센터</w:t>
            </w:r>
          </w:p>
          <w:p w14:paraId="7C30A714" w14:textId="418A4FE7" w:rsidR="00D702E4" w:rsidRPr="004820CF" w:rsidRDefault="00D702E4" w:rsidP="004820CF">
            <w:pPr>
              <w:jc w:val="center"/>
              <w:rPr>
                <w:rFonts w:ascii="맑은 고딕 Semilight" w:eastAsia="맑은 고딕 Semilight" w:hAnsi="맑은 고딕 Semilight" w:cs="맑은 고딕 Semilight" w:hint="eastAsia"/>
                <w:b/>
                <w:bCs/>
                <w:color w:val="1F497D" w:themeColor="text2"/>
                <w:sz w:val="20"/>
                <w:szCs w:val="24"/>
                <w:lang w:eastAsia="ko-KR"/>
              </w:rPr>
            </w:pPr>
            <w:r w:rsidRPr="00D702E4"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18"/>
                <w:szCs w:val="24"/>
                <w:lang w:eastAsia="ko-KR"/>
              </w:rPr>
              <w:t>Tel. (02)880-1412(복사서비스), 5283(</w:t>
            </w:r>
            <w:proofErr w:type="gramStart"/>
            <w:r w:rsidRPr="00D702E4"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18"/>
                <w:szCs w:val="24"/>
                <w:lang w:eastAsia="ko-KR"/>
              </w:rPr>
              <w:t xml:space="preserve">센터이용)   </w:t>
            </w:r>
            <w:proofErr w:type="gramEnd"/>
            <w:r w:rsidRPr="00D702E4">
              <w:rPr>
                <w:rFonts w:ascii="맑은 고딕 Semilight" w:eastAsia="맑은 고딕 Semilight" w:hAnsi="맑은 고딕 Semilight" w:cs="맑은 고딕 Semilight"/>
                <w:b/>
                <w:bCs/>
                <w:color w:val="1F497D" w:themeColor="text2"/>
                <w:sz w:val="18"/>
                <w:szCs w:val="24"/>
                <w:lang w:eastAsia="ko-KR"/>
              </w:rPr>
              <w:t>Email. fric@snu.ac.kr</w:t>
            </w:r>
          </w:p>
        </w:tc>
        <w:tc>
          <w:tcPr>
            <w:tcW w:w="2393" w:type="dxa"/>
          </w:tcPr>
          <w:p w14:paraId="71869C74" w14:textId="6421D587" w:rsidR="00D702E4" w:rsidRDefault="001A28FF">
            <w:pPr>
              <w:spacing w:after="40"/>
              <w:rPr>
                <w:rFonts w:ascii="맑은 고딕 Semilight" w:eastAsia="맑은 고딕 Semilight" w:hAnsi="맑은 고딕 Semilight" w:cs="맑은 고딕 Semilight" w:hint="eastAsia"/>
                <w:lang w:eastAsia="ko-KR"/>
              </w:rPr>
            </w:pPr>
            <w:r>
              <w:rPr>
                <w:rFonts w:ascii="맑은 고딕 Semilight" w:eastAsia="맑은 고딕 Semilight" w:hAnsi="맑은 고딕 Semilight" w:cs="맑은 고딕 Semilight" w:hint="eastAsia"/>
                <w:noProof/>
                <w:lang w:eastAsia="ko-KR"/>
              </w:rPr>
              <w:drawing>
                <wp:inline distT="0" distB="0" distL="0" distR="0" wp14:anchorId="010991AF" wp14:editId="01583F84">
                  <wp:extent cx="1219200" cy="319190"/>
                  <wp:effectExtent l="0" t="0" r="0" b="5080"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그림 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5016" cy="331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CD06727" w14:textId="4300ABAB" w:rsidR="0064628B" w:rsidRPr="00D702E4" w:rsidRDefault="0064628B" w:rsidP="00D702E4">
      <w:pPr>
        <w:spacing w:after="0"/>
        <w:rPr>
          <w:rFonts w:ascii="맑은 고딕 Semilight" w:eastAsia="맑은 고딕 Semilight" w:hAnsi="맑은 고딕 Semilight" w:cs="맑은 고딕 Semilight" w:hint="eastAsia"/>
          <w:b/>
          <w:bCs/>
          <w:color w:val="1F497D" w:themeColor="text2"/>
          <w:sz w:val="20"/>
          <w:szCs w:val="24"/>
          <w:lang w:eastAsia="ko-KR"/>
        </w:rPr>
      </w:pPr>
    </w:p>
    <w:sectPr w:rsidR="0064628B" w:rsidRPr="00D702E4" w:rsidSect="00034616">
      <w:pgSz w:w="11906" w:h="16838"/>
      <w:pgMar w:top="737" w:right="850" w:bottom="680" w:left="85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anumGothic">
    <w:charset w:val="81"/>
    <w:family w:val="auto"/>
    <w:pitch w:val="variable"/>
    <w:sig w:usb0="80000003" w:usb1="09D7FCEB" w:usb2="00000010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맑은 고딕 Semilight">
    <w:panose1 w:val="020B0502040204020203"/>
    <w:charset w:val="81"/>
    <w:family w:val="modern"/>
    <w:pitch w:val="variable"/>
    <w:sig w:usb0="B0000AAF" w:usb1="09DF7CFB" w:usb2="00000012" w:usb3="00000000" w:csb0="003E01BD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84656786">
    <w:abstractNumId w:val="8"/>
  </w:num>
  <w:num w:numId="2" w16cid:durableId="1330862760">
    <w:abstractNumId w:val="6"/>
  </w:num>
  <w:num w:numId="3" w16cid:durableId="1164980075">
    <w:abstractNumId w:val="5"/>
  </w:num>
  <w:num w:numId="4" w16cid:durableId="574510855">
    <w:abstractNumId w:val="4"/>
  </w:num>
  <w:num w:numId="5" w16cid:durableId="1037003593">
    <w:abstractNumId w:val="7"/>
  </w:num>
  <w:num w:numId="6" w16cid:durableId="1547109944">
    <w:abstractNumId w:val="3"/>
  </w:num>
  <w:num w:numId="7" w16cid:durableId="1578829178">
    <w:abstractNumId w:val="2"/>
  </w:num>
  <w:num w:numId="8" w16cid:durableId="1755123761">
    <w:abstractNumId w:val="1"/>
  </w:num>
  <w:num w:numId="9" w16cid:durableId="710492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60582"/>
    <w:rsid w:val="001809C3"/>
    <w:rsid w:val="001A28FF"/>
    <w:rsid w:val="0029639D"/>
    <w:rsid w:val="00326F90"/>
    <w:rsid w:val="00381229"/>
    <w:rsid w:val="004820CF"/>
    <w:rsid w:val="004F0439"/>
    <w:rsid w:val="0064628B"/>
    <w:rsid w:val="0097297C"/>
    <w:rsid w:val="009838E0"/>
    <w:rsid w:val="00AA1D8D"/>
    <w:rsid w:val="00B47730"/>
    <w:rsid w:val="00BC5654"/>
    <w:rsid w:val="00CA7166"/>
    <w:rsid w:val="00CB0664"/>
    <w:rsid w:val="00D702E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DD5E201"/>
  <w14:defaultImageDpi w14:val="300"/>
  <w15:docId w15:val="{BE49726F-746A-425C-98C8-60A1FAC05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  <w:rPr>
      <w:rFonts w:ascii="NanumGothic" w:eastAsia="NanumGothic" w:hAnsi="NanumGothic"/>
      <w:sz w:val="19"/>
    </w:rPr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제목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제목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제목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제목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부제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본문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본문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본문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매크로 텍스트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인용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제목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제목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제목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제목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제목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제목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강한 인용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9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a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c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d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e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1102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우경 이</cp:lastModifiedBy>
  <cp:revision>6</cp:revision>
  <dcterms:created xsi:type="dcterms:W3CDTF">2013-12-23T23:15:00Z</dcterms:created>
  <dcterms:modified xsi:type="dcterms:W3CDTF">2026-05-20T07:38:00Z</dcterms:modified>
  <cp:category/>
</cp:coreProperties>
</file>